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Branden Connors</w:t>
      </w:r>
    </w:p>
    <w:p>
      <w:r>
        <w:t>Systems Administrator | Network Infrastructure | Low Voltage | Software Development</w:t>
      </w:r>
    </w:p>
    <w:p>
      <w:r>
        <w:t>Napa, CA | 707-260-4620 | Brand3nConnors@gmail.com</w:t>
      </w:r>
    </w:p>
    <w:p>
      <w:r>
        <w:t>brandenconnors.com | linkedin.com/in/branden-connors</w:t>
      </w:r>
    </w:p>
    <w:p>
      <w:pPr>
        <w:pStyle w:val="Heading1"/>
      </w:pPr>
      <w:r>
        <w:t>Professional Summary</w:t>
      </w:r>
    </w:p>
    <w:p>
      <w:r>
        <w:t>Systems administrator with experience spanning enterprise IT, network infrastructure, low-voltage installation and software development. Supports hybrid Microsoft environments and guest-facing hospitality technology, with hands-on work in structured cabling, fiber, switching, wireless and AV. Builds workflow integrations and documents repeatable support processes.</w:t>
      </w:r>
    </w:p>
    <w:p>
      <w:pPr>
        <w:pStyle w:val="Heading1"/>
      </w:pPr>
      <w:r>
        <w:t>Technical Expertise</w:t>
      </w:r>
    </w:p>
    <w:p>
      <w:r>
        <w:rPr>
          <w:b/>
        </w:rPr>
        <w:t xml:space="preserve">Systems and cloud: </w:t>
      </w:r>
      <w:r>
        <w:t>Active Directory, Microsoft 365, Azure, AWS, Intune, MFA, Windows, Linux, VMware ESXi and Proxmox.</w:t>
      </w:r>
    </w:p>
    <w:p>
      <w:r>
        <w:rPr>
          <w:b/>
        </w:rPr>
        <w:t xml:space="preserve">Networking and field work: </w:t>
      </w:r>
      <w:r>
        <w:t>VLANs, DHCP, DNS, VPN, PoE, Cisco, Ruckus, Dell, Aruba, Palo Alto, Cat6, fiber, cameras, NVRs, access control and AV.</w:t>
      </w:r>
    </w:p>
    <w:p>
      <w:r>
        <w:rPr>
          <w:b/>
        </w:rPr>
        <w:t xml:space="preserve">Development: </w:t>
      </w:r>
      <w:r>
        <w:t>Python, JavaScript, HTML/CSS, React, Node.js, Flask, Django, SQL and workflow integrations.</w:t>
      </w:r>
    </w:p>
    <w:p>
      <w:pPr>
        <w:pStyle w:val="Heading1"/>
      </w:pPr>
      <w:r>
        <w:t>Professional Experience</w:t>
      </w:r>
    </w:p>
    <w:p>
      <w:pPr>
        <w:pStyle w:val="Heading2"/>
      </w:pPr>
      <w:r>
        <w:t>Systems Administrator</w:t>
      </w:r>
    </w:p>
    <w:p>
      <w:pPr>
        <w:keepNext/>
      </w:pPr>
      <w:r>
        <w:rPr>
          <w:i/>
        </w:rPr>
        <w:t>Estate Yountville, Yountville, CA | Aug 2025 - Present</w:t>
      </w:r>
    </w:p>
    <w:p>
      <w:pPr>
        <w:pStyle w:val="ListBullet"/>
        <w:keepLines/>
      </w:pPr>
      <w:r>
        <w:t>Administer Active Directory and Microsoft 365 onboarding, offboarding, permissions and account security; support endpoints, Oracle Opera Cloud PMS, Micros POS and hospitality AV systems.</w:t>
      </w:r>
    </w:p>
    <w:p>
      <w:pPr>
        <w:pStyle w:val="ListBullet"/>
        <w:keepLines/>
      </w:pPr>
      <w:r>
        <w:t>Completed Pavilion network uplink and music-system work. Repaired Grove audio, diagnosed missing connectivity and helped restore hardline access while beginning infrastructure replacement.</w:t>
      </w:r>
    </w:p>
    <w:p>
      <w:pPr>
        <w:pStyle w:val="ListBullet"/>
        <w:keepLines/>
      </w:pPr>
      <w:r>
        <w:t>Troubleshot and verified fiber connections, assisted with Social LAG setup, and configured and deployed network equipment for the All In group.</w:t>
      </w:r>
    </w:p>
    <w:p>
      <w:pPr>
        <w:pStyle w:val="ListBullet"/>
        <w:keepLines/>
      </w:pPr>
      <w:r>
        <w:t>Planned, drilled and pulled new cabling during Fox Cellar renovations; organized and secured closet wiring and removed unused equipment.</w:t>
      </w:r>
    </w:p>
    <w:p>
      <w:pPr>
        <w:pStyle w:val="ListBullet"/>
        <w:keepLines/>
      </w:pPr>
      <w:r>
        <w:t>Audited and factory-reset cameras and replaced equipment as needed for a new NVR migration.</w:t>
      </w:r>
    </w:p>
    <w:p>
      <w:pPr>
        <w:pStyle w:val="ListBullet"/>
        <w:keepLines/>
      </w:pPr>
      <w:r>
        <w:t>Connected the HR Monday onboarding board to the IT onboarding system, automated the workflow, and authored step-by-step IT documentation.</w:t>
      </w:r>
    </w:p>
    <w:p>
      <w:pPr>
        <w:pStyle w:val="ListBullet"/>
        <w:keepLines/>
      </w:pPr>
      <w:r>
        <w:t>Implemented Xerox printer monitoring and automated supply ordering; worked with the vendor to develop internal troubleshooting capability.</w:t>
      </w:r>
    </w:p>
    <w:p>
      <w:pPr>
        <w:pStyle w:val="Heading2"/>
      </w:pPr>
      <w:r>
        <w:t>Service Technician</w:t>
      </w:r>
    </w:p>
    <w:p>
      <w:pPr>
        <w:keepNext/>
      </w:pPr>
      <w:r>
        <w:rPr>
          <w:i/>
        </w:rPr>
        <w:t>AVE, Napa / Bay Area, CA | Apr 2021 - Aug 2025</w:t>
      </w:r>
    </w:p>
    <w:p>
      <w:pPr>
        <w:pStyle w:val="ListBullet"/>
        <w:keepLines/>
      </w:pPr>
      <w:r>
        <w:t>Installed and terminated Cat6 and fiber cabling for buildouts and renovations; deployed network and AV equipment for commercial and high-end client environments.</w:t>
      </w:r>
    </w:p>
    <w:p>
      <w:pPr>
        <w:pStyle w:val="ListBullet"/>
        <w:keepLines/>
      </w:pPr>
      <w:r>
        <w:t>Configured Microsoft 365, MFA, Intune and Cisco VoIP phones; supported Windows, macOS, mobile devices, hospitality Wi-Fi, POS and PMS connectivity.</w:t>
      </w:r>
    </w:p>
    <w:p>
      <w:pPr>
        <w:pStyle w:val="ListBullet"/>
        <w:keepLines/>
      </w:pPr>
      <w:r>
        <w:t>Installed conference-room and custom AV systems and trained clients on operation and basic troubleshooting.</w:t>
      </w:r>
    </w:p>
    <w:p>
      <w:r>
        <w:br w:type="page"/>
      </w:r>
    </w:p>
    <w:p>
      <w:pPr>
        <w:pStyle w:val="Heading1"/>
      </w:pPr>
      <w:r>
        <w:t>Professional Experience Continued</w:t>
      </w:r>
    </w:p>
    <w:p>
      <w:pPr>
        <w:pStyle w:val="Heading2"/>
      </w:pPr>
      <w:r>
        <w:t>Software Engineer</w:t>
      </w:r>
    </w:p>
    <w:p>
      <w:pPr>
        <w:keepNext/>
      </w:pPr>
      <w:r>
        <w:rPr>
          <w:i/>
        </w:rPr>
        <w:t>100Devs, Contract | Jan 2022 - Jan 2025</w:t>
      </w:r>
    </w:p>
    <w:p>
      <w:pPr>
        <w:pStyle w:val="ListBullet"/>
        <w:keepLines/>
      </w:pPr>
      <w:r>
        <w:t>Built and deployed full-stack applications using JavaScript, Python, HTML/CSS, Node.js and Django.</w:t>
      </w:r>
    </w:p>
    <w:p>
      <w:pPr>
        <w:pStyle w:val="Heading2"/>
      </w:pPr>
      <w:r>
        <w:t>Laboratory Manager and IT Support</w:t>
      </w:r>
    </w:p>
    <w:p>
      <w:pPr>
        <w:keepNext/>
      </w:pPr>
      <w:r>
        <w:rPr>
          <w:i/>
        </w:rPr>
        <w:t>PT-Kor, Oakland, CA | Jan 2018 - Jan 2021</w:t>
      </w:r>
    </w:p>
    <w:p>
      <w:pPr>
        <w:pStyle w:val="ListBullet"/>
        <w:keepLines/>
      </w:pPr>
      <w:r>
        <w:t>Implemented a barcode-driven inventory system using handheld terminals and Zebra printers; supported facility hardware and endpoint provisioning.</w:t>
      </w:r>
    </w:p>
    <w:p>
      <w:pPr>
        <w:pStyle w:val="ListBullet"/>
        <w:keepLines/>
      </w:pPr>
      <w:r>
        <w:t>Administered Active Directory accounts, group policies and permissions; supported Windows Server and Microsoft Intune in a regulated facility.</w:t>
      </w:r>
    </w:p>
    <w:p>
      <w:pPr>
        <w:pStyle w:val="Heading2"/>
      </w:pPr>
      <w:r>
        <w:t>Technical Support Engineer</w:t>
      </w:r>
    </w:p>
    <w:p>
      <w:pPr>
        <w:keepNext/>
      </w:pPr>
      <w:r>
        <w:rPr>
          <w:i/>
        </w:rPr>
        <w:t>Western Security Systems, Bay Area, CA | Mar 2015 - Dec 2018</w:t>
      </w:r>
    </w:p>
    <w:p>
      <w:pPr>
        <w:pStyle w:val="ListBullet"/>
        <w:keepLines/>
      </w:pPr>
      <w:r>
        <w:t>Installed and supported networking, surveillance and access control systems in healthcare and secure facilities.</w:t>
      </w:r>
    </w:p>
    <w:p>
      <w:pPr>
        <w:pStyle w:val="ListBullet"/>
        <w:keepLines/>
      </w:pPr>
      <w:r>
        <w:t>Resolved endpoint, VoIP and connectivity issues; provisioned devices, maintained workstations and printers, and created support documentation.</w:t>
      </w:r>
    </w:p>
    <w:p>
      <w:pPr>
        <w:pStyle w:val="Heading1"/>
      </w:pPr>
      <w:r>
        <w:t>Selected Software Projects</w:t>
      </w:r>
    </w:p>
    <w:p>
      <w:r>
        <w:rPr>
          <w:b/>
        </w:rPr>
        <w:t xml:space="preserve">Workout tracking application: </w:t>
      </w:r>
      <w:r>
        <w:t>Ongoing personal mobile web project replacing a weekly spreadsheet-based training log. Focuses on workout logging, prior-week reference values and completion tracking; self-hosted on Ubuntu.</w:t>
      </w:r>
    </w:p>
    <w:p>
      <w:r>
        <w:rPr>
          <w:b/>
        </w:rPr>
        <w:t xml:space="preserve">Homelab blog: </w:t>
      </w:r>
      <w:r>
        <w:t>Built a personal blog with a Python, Flask and SQL backend to document homelab work.</w:t>
      </w:r>
    </w:p>
    <w:p>
      <w:r>
        <w:rPr>
          <w:b/>
        </w:rPr>
        <w:t xml:space="preserve">Wine Country Mushrooms: </w:t>
      </w:r>
      <w:r>
        <w:t>Built a business website using React and Sass to present a produce supplier serving Napa Valley restaurants.</w:t>
      </w:r>
    </w:p>
    <w:p>
      <w:pPr>
        <w:pStyle w:val="Heading1"/>
      </w:pPr>
      <w:r>
        <w:t>Certifications</w:t>
      </w:r>
    </w:p>
    <w:p>
      <w:r>
        <w:t>Cisco Certified Network Associate (CCNA)</w:t>
      </w:r>
    </w:p>
    <w:p>
      <w:r>
        <w:t>CompTIA Security+ | AWS Certified Solutions Architect - Associate</w:t>
      </w:r>
    </w:p>
    <w:p>
      <w:r>
        <w:t>Microsoft 365 Certified: Fundamentals (MS-900)</w:t>
      </w:r>
    </w:p>
    <w:p>
      <w:r>
        <w:t>Fortinet Certified Associate Cybersecurity | FortiGate 7.4 Operator</w:t>
      </w:r>
    </w:p>
    <w:p>
      <w:r>
        <w:t>Google IT Support Professional Certificate | freeCodeCamp Responsive Web Design</w:t>
      </w:r>
    </w:p>
    <w:p>
      <w:pPr>
        <w:pStyle w:val="Heading1"/>
      </w:pPr>
      <w:r>
        <w:t>Technical Training</w:t>
      </w:r>
    </w:p>
    <w:p>
      <w:r>
        <w:t>Nucamp Coding Bootcamp | Back End, SQL and DevOps with Python | Jan - Apr 2022</w:t>
      </w:r>
    </w:p>
    <w:p>
      <w:pPr>
        <w:pStyle w:val="Heading1"/>
      </w:pPr>
      <w:r>
        <w:t>Personal Technical Work</w:t>
      </w:r>
    </w:p>
    <w:p>
      <w:r>
        <w:t>Maintains a homelab for virtualization, Linux, Home Assistant and local AI experimentation. Builds and troubleshoots custom 3D printers and other hardware projects.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7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 w:line="247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 w:line="247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7" w:lineRule="auto"/>
      <w:contextualSpacing/>
    </w:pPr>
    <w:rPr>
      <w:rFonts w:asciiTheme="majorHAnsi" w:eastAsiaTheme="majorEastAsia" w:hAnsiTheme="majorHAnsi" w:cstheme="majorBidi" w:ascii="Calibri" w:hAnsi="Calibri"/>
      <w:b/>
      <w:color w:val="000000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100" w:line="247" w:lineRule="auto"/>
    </w:pPr>
    <w:rPr>
      <w:rFonts w:asciiTheme="majorHAnsi" w:eastAsiaTheme="majorEastAsia" w:hAnsiTheme="majorHAnsi" w:cstheme="majorBidi" w:ascii="Calibri" w:hAnsi="Calibri"/>
      <w:i/>
      <w:iCs/>
      <w:color w:val="000000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00" w:line="247" w:lineRule="auto"/>
      <w:ind w:left="230" w:hanging="173"/>
      <w:contextualSpacing/>
    </w:pPr>
    <w:rPr>
      <w:rFonts w:ascii="Calibri" w:hAnsi="Calibri"/>
      <w:color w:val="000000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Branden Connors Professional Resume</dc:title>
  <dc:subject>Systems administration, network infrastructure, low voltage and software development</dc:subject>
  <dc:creator>Branden Connors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